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33FDE8" w14:textId="77777777" w:rsidR="000C6A5C" w:rsidRDefault="00000000">
      <w:pPr>
        <w:spacing w:after="0"/>
        <w:jc w:val="center"/>
      </w:pPr>
      <w:r>
        <w:rPr>
          <w:b/>
          <w:color w:val="486B3C"/>
          <w:sz w:val="20"/>
        </w:rPr>
        <w:t>ARMSTRONG SPALLUMCHEEN CHAMBER OF COMMERCE</w:t>
      </w:r>
    </w:p>
    <w:p w14:paraId="72A09055" w14:textId="77777777" w:rsidR="000C6A5C" w:rsidRDefault="00000000">
      <w:pPr>
        <w:spacing w:after="20"/>
        <w:jc w:val="center"/>
      </w:pPr>
      <w:r>
        <w:rPr>
          <w:b/>
          <w:color w:val="3B3028"/>
          <w:sz w:val="22"/>
        </w:rPr>
        <w:t>26th Annual Harvest Pumpkin Festival</w:t>
      </w:r>
    </w:p>
    <w:p w14:paraId="14CE122E" w14:textId="77777777" w:rsidR="000C6A5C" w:rsidRDefault="00000000">
      <w:pPr>
        <w:spacing w:after="0"/>
        <w:jc w:val="center"/>
      </w:pPr>
      <w:r>
        <w:rPr>
          <w:rFonts w:ascii="DejaVu Sans" w:eastAsia="DejaVu Sans" w:hAnsi="DejaVu Sans"/>
          <w:b/>
          <w:color w:val="C96B24"/>
          <w:sz w:val="52"/>
        </w:rPr>
        <w:t>🎃  GREAT PUMPKIN WEIGH-IN  🎃</w:t>
      </w:r>
    </w:p>
    <w:p w14:paraId="409C2795" w14:textId="77777777" w:rsidR="000C6A5C" w:rsidRDefault="00000000">
      <w:pPr>
        <w:spacing w:after="100"/>
        <w:jc w:val="center"/>
      </w:pPr>
      <w:r>
        <w:rPr>
          <w:b/>
          <w:color w:val="486B3C"/>
          <w:sz w:val="26"/>
        </w:rPr>
        <w:t>SATURDAY, OCTOBER 10, 2026</w:t>
      </w:r>
    </w:p>
    <w:tbl>
      <w:tblPr>
        <w:tblW w:w="0" w:type="auto"/>
        <w:jc w:val="center"/>
        <w:tblLayout w:type="fixed"/>
        <w:tblLook w:val="04A0" w:firstRow="1" w:lastRow="0" w:firstColumn="1" w:lastColumn="0" w:noHBand="0" w:noVBand="1"/>
      </w:tblPr>
      <w:tblGrid>
        <w:gridCol w:w="10656"/>
      </w:tblGrid>
      <w:tr w:rsidR="000C6A5C" w14:paraId="4B469CB0" w14:textId="77777777">
        <w:trPr>
          <w:jc w:val="center"/>
        </w:trPr>
        <w:tc>
          <w:tcPr>
            <w:tcW w:w="10656" w:type="dxa"/>
            <w:tcBorders>
              <w:top w:val="single" w:sz="10" w:space="0" w:color="C96B24"/>
              <w:left w:val="single" w:sz="10" w:space="0" w:color="C96B24"/>
              <w:bottom w:val="single" w:sz="10" w:space="0" w:color="C96B24"/>
              <w:right w:val="single" w:sz="10" w:space="0" w:color="C96B24"/>
            </w:tcBorders>
            <w:shd w:val="clear" w:color="auto" w:fill="FFF7E8"/>
            <w:tcMar>
              <w:top w:w="90" w:type="dxa"/>
              <w:left w:w="130" w:type="dxa"/>
              <w:bottom w:w="90" w:type="dxa"/>
              <w:right w:w="130" w:type="dxa"/>
            </w:tcMar>
          </w:tcPr>
          <w:p w14:paraId="41A753CC" w14:textId="77777777" w:rsidR="000C6A5C" w:rsidRDefault="00000000">
            <w:pPr>
              <w:spacing w:after="0"/>
              <w:jc w:val="center"/>
            </w:pPr>
            <w:r>
              <w:rPr>
                <w:b/>
                <w:color w:val="C96B24"/>
                <w:sz w:val="26"/>
              </w:rPr>
              <w:t>GROW BIG. BRING BIG. WEIGH BIG!</w:t>
            </w:r>
            <w:r>
              <w:br/>
            </w:r>
            <w:r>
              <w:rPr>
                <w:color w:val="3B3028"/>
              </w:rPr>
              <w:t>Think your pumpkin has what it takes? Register your giant and join the fun!</w:t>
            </w:r>
          </w:p>
        </w:tc>
      </w:tr>
    </w:tbl>
    <w:p w14:paraId="6EF5F522" w14:textId="77777777" w:rsidR="000C6A5C" w:rsidRDefault="00000000">
      <w:pPr>
        <w:spacing w:before="100" w:after="60"/>
      </w:pPr>
      <w:r>
        <w:rPr>
          <w:b/>
          <w:color w:val="486B3C"/>
          <w:sz w:val="24"/>
        </w:rPr>
        <w:t>GROWER REGISTRATION</w:t>
      </w:r>
    </w:p>
    <w:tbl>
      <w:tblPr>
        <w:tblW w:w="0" w:type="auto"/>
        <w:jc w:val="center"/>
        <w:tblLayout w:type="fixed"/>
        <w:tblLook w:val="04A0" w:firstRow="1" w:lastRow="0" w:firstColumn="1" w:lastColumn="0" w:noHBand="0" w:noVBand="1"/>
      </w:tblPr>
      <w:tblGrid>
        <w:gridCol w:w="1512"/>
        <w:gridCol w:w="3456"/>
        <w:gridCol w:w="4968"/>
        <w:gridCol w:w="10"/>
      </w:tblGrid>
      <w:tr w:rsidR="000C6A5C" w14:paraId="77A249FF" w14:textId="77777777">
        <w:trPr>
          <w:gridAfter w:val="1"/>
          <w:wAfter w:w="10" w:type="dxa"/>
          <w:jc w:val="center"/>
        </w:trPr>
        <w:tc>
          <w:tcPr>
            <w:tcW w:w="1512" w:type="dxa"/>
            <w:tcBorders>
              <w:top w:val="single" w:sz="7" w:space="0" w:color="D8C5A7"/>
              <w:left w:val="single" w:sz="7" w:space="0" w:color="D8C5A7"/>
              <w:bottom w:val="single" w:sz="7" w:space="0" w:color="D8C5A7"/>
              <w:right w:val="single" w:sz="7" w:space="0" w:color="D8C5A7"/>
            </w:tcBorders>
            <w:shd w:val="clear" w:color="auto" w:fill="F5E6CC"/>
            <w:tcMar>
              <w:top w:w="70" w:type="dxa"/>
              <w:left w:w="90" w:type="dxa"/>
              <w:bottom w:w="70" w:type="dxa"/>
              <w:right w:w="90" w:type="dxa"/>
            </w:tcMar>
            <w:vAlign w:val="center"/>
          </w:tcPr>
          <w:p w14:paraId="6CCA1A73" w14:textId="77777777" w:rsidR="000C6A5C" w:rsidRDefault="00000000">
            <w:r>
              <w:rPr>
                <w:b/>
                <w:color w:val="486B3C"/>
                <w:sz w:val="19"/>
              </w:rPr>
              <w:t>Name</w:t>
            </w:r>
          </w:p>
        </w:tc>
        <w:tc>
          <w:tcPr>
            <w:tcW w:w="8424" w:type="dxa"/>
            <w:gridSpan w:val="2"/>
            <w:tcBorders>
              <w:top w:val="single" w:sz="7" w:space="0" w:color="D8C5A7"/>
              <w:left w:val="single" w:sz="7" w:space="0" w:color="D8C5A7"/>
              <w:bottom w:val="single" w:sz="7" w:space="0" w:color="D8C5A7"/>
              <w:right w:val="single" w:sz="7" w:space="0" w:color="D8C5A7"/>
            </w:tcBorders>
            <w:tcMar>
              <w:top w:w="70" w:type="dxa"/>
              <w:left w:w="90" w:type="dxa"/>
              <w:bottom w:w="70" w:type="dxa"/>
              <w:right w:w="90" w:type="dxa"/>
            </w:tcMar>
            <w:vAlign w:val="center"/>
          </w:tcPr>
          <w:p w14:paraId="2065ACC8" w14:textId="77777777" w:rsidR="000C6A5C" w:rsidRDefault="00000000">
            <w:r>
              <w:rPr>
                <w:color w:val="7A7068"/>
                <w:sz w:val="19"/>
              </w:rPr>
              <w:t>__________________________________________________________________</w:t>
            </w:r>
          </w:p>
        </w:tc>
      </w:tr>
      <w:tr w:rsidR="000C6A5C" w14:paraId="5A7BEFA8" w14:textId="77777777">
        <w:trPr>
          <w:gridAfter w:val="1"/>
          <w:wAfter w:w="10" w:type="dxa"/>
          <w:jc w:val="center"/>
        </w:trPr>
        <w:tc>
          <w:tcPr>
            <w:tcW w:w="1512" w:type="dxa"/>
            <w:tcBorders>
              <w:top w:val="single" w:sz="7" w:space="0" w:color="D8C5A7"/>
              <w:left w:val="single" w:sz="7" w:space="0" w:color="D8C5A7"/>
              <w:bottom w:val="single" w:sz="7" w:space="0" w:color="D8C5A7"/>
              <w:right w:val="single" w:sz="7" w:space="0" w:color="D8C5A7"/>
            </w:tcBorders>
            <w:shd w:val="clear" w:color="auto" w:fill="F5E6CC"/>
            <w:tcMar>
              <w:top w:w="70" w:type="dxa"/>
              <w:left w:w="90" w:type="dxa"/>
              <w:bottom w:w="70" w:type="dxa"/>
              <w:right w:w="90" w:type="dxa"/>
            </w:tcMar>
            <w:vAlign w:val="center"/>
          </w:tcPr>
          <w:p w14:paraId="27FDB792" w14:textId="77777777" w:rsidR="000C6A5C" w:rsidRDefault="00000000">
            <w:r>
              <w:rPr>
                <w:b/>
                <w:color w:val="486B3C"/>
                <w:sz w:val="19"/>
              </w:rPr>
              <w:t>Address</w:t>
            </w:r>
          </w:p>
        </w:tc>
        <w:tc>
          <w:tcPr>
            <w:tcW w:w="8424" w:type="dxa"/>
            <w:gridSpan w:val="2"/>
            <w:tcBorders>
              <w:top w:val="single" w:sz="7" w:space="0" w:color="D8C5A7"/>
              <w:left w:val="single" w:sz="7" w:space="0" w:color="D8C5A7"/>
              <w:bottom w:val="single" w:sz="7" w:space="0" w:color="D8C5A7"/>
              <w:right w:val="single" w:sz="7" w:space="0" w:color="D8C5A7"/>
            </w:tcBorders>
            <w:tcMar>
              <w:top w:w="70" w:type="dxa"/>
              <w:left w:w="90" w:type="dxa"/>
              <w:bottom w:w="70" w:type="dxa"/>
              <w:right w:w="90" w:type="dxa"/>
            </w:tcMar>
            <w:vAlign w:val="center"/>
          </w:tcPr>
          <w:p w14:paraId="4B78204C" w14:textId="77777777" w:rsidR="000C6A5C" w:rsidRDefault="00000000">
            <w:r>
              <w:rPr>
                <w:color w:val="7A7068"/>
                <w:sz w:val="19"/>
              </w:rPr>
              <w:t>__________________________________________________________________</w:t>
            </w:r>
          </w:p>
        </w:tc>
      </w:tr>
      <w:tr w:rsidR="000C6A5C" w14:paraId="6AD3881E" w14:textId="77777777">
        <w:trPr>
          <w:gridAfter w:val="1"/>
          <w:wAfter w:w="10" w:type="dxa"/>
          <w:jc w:val="center"/>
        </w:trPr>
        <w:tc>
          <w:tcPr>
            <w:tcW w:w="1512" w:type="dxa"/>
            <w:tcBorders>
              <w:top w:val="single" w:sz="7" w:space="0" w:color="D8C5A7"/>
              <w:left w:val="single" w:sz="7" w:space="0" w:color="D8C5A7"/>
              <w:bottom w:val="single" w:sz="7" w:space="0" w:color="D8C5A7"/>
              <w:right w:val="single" w:sz="7" w:space="0" w:color="D8C5A7"/>
            </w:tcBorders>
            <w:shd w:val="clear" w:color="auto" w:fill="F5E6CC"/>
            <w:tcMar>
              <w:top w:w="70" w:type="dxa"/>
              <w:left w:w="90" w:type="dxa"/>
              <w:bottom w:w="70" w:type="dxa"/>
              <w:right w:w="90" w:type="dxa"/>
            </w:tcMar>
            <w:vAlign w:val="center"/>
          </w:tcPr>
          <w:p w14:paraId="5FA5D705" w14:textId="77777777" w:rsidR="000C6A5C" w:rsidRDefault="00000000">
            <w:r>
              <w:rPr>
                <w:b/>
                <w:color w:val="486B3C"/>
                <w:sz w:val="19"/>
              </w:rPr>
              <w:t>Phone / Email</w:t>
            </w:r>
          </w:p>
        </w:tc>
        <w:tc>
          <w:tcPr>
            <w:tcW w:w="8424" w:type="dxa"/>
            <w:gridSpan w:val="2"/>
            <w:tcBorders>
              <w:top w:val="single" w:sz="7" w:space="0" w:color="D8C5A7"/>
              <w:left w:val="single" w:sz="7" w:space="0" w:color="D8C5A7"/>
              <w:bottom w:val="single" w:sz="7" w:space="0" w:color="D8C5A7"/>
              <w:right w:val="single" w:sz="7" w:space="0" w:color="D8C5A7"/>
            </w:tcBorders>
            <w:tcMar>
              <w:top w:w="70" w:type="dxa"/>
              <w:left w:w="90" w:type="dxa"/>
              <w:bottom w:w="70" w:type="dxa"/>
              <w:right w:w="90" w:type="dxa"/>
            </w:tcMar>
            <w:vAlign w:val="center"/>
          </w:tcPr>
          <w:p w14:paraId="7836D698" w14:textId="77777777" w:rsidR="000C6A5C" w:rsidRDefault="00000000">
            <w:r>
              <w:rPr>
                <w:color w:val="3B3028"/>
                <w:sz w:val="19"/>
              </w:rPr>
              <w:t>Phone: ____________________     Email: ______________________________</w:t>
            </w:r>
          </w:p>
        </w:tc>
      </w:tr>
      <w:tr w:rsidR="000C6A5C" w14:paraId="1993C7C6" w14:textId="77777777">
        <w:trPr>
          <w:jc w:val="center"/>
        </w:trPr>
        <w:tc>
          <w:tcPr>
            <w:tcW w:w="4968" w:type="dxa"/>
            <w:gridSpan w:val="2"/>
            <w:tcBorders>
              <w:top w:val="single" w:sz="10" w:space="0" w:color="E9A23B"/>
              <w:left w:val="single" w:sz="10" w:space="0" w:color="E9A23B"/>
              <w:bottom w:val="single" w:sz="10" w:space="0" w:color="E9A23B"/>
              <w:right w:val="single" w:sz="10" w:space="0" w:color="E9A23B"/>
            </w:tcBorders>
            <w:shd w:val="clear" w:color="auto" w:fill="F7E3B6"/>
            <w:tcMar>
              <w:top w:w="80" w:type="dxa"/>
              <w:left w:w="80" w:type="dxa"/>
              <w:bottom w:w="80" w:type="dxa"/>
              <w:right w:w="80" w:type="dxa"/>
            </w:tcMar>
          </w:tcPr>
          <w:p w14:paraId="5019CD53" w14:textId="77777777" w:rsidR="000C6A5C" w:rsidRDefault="00000000">
            <w:pPr>
              <w:spacing w:after="0"/>
              <w:jc w:val="center"/>
            </w:pPr>
            <w:r>
              <w:rPr>
                <w:b/>
                <w:color w:val="486B3C"/>
                <w:sz w:val="18"/>
              </w:rPr>
              <w:t>ADULT CHAMPION</w:t>
            </w:r>
            <w:r>
              <w:br/>
            </w:r>
            <w:r>
              <w:rPr>
                <w:b/>
                <w:color w:val="C96B24"/>
                <w:sz w:val="36"/>
              </w:rPr>
              <w:t>$500</w:t>
            </w:r>
          </w:p>
        </w:tc>
        <w:tc>
          <w:tcPr>
            <w:tcW w:w="4968" w:type="dxa"/>
            <w:gridSpan w:val="2"/>
            <w:tcBorders>
              <w:top w:val="single" w:sz="10" w:space="0" w:color="E9A23B"/>
              <w:left w:val="single" w:sz="10" w:space="0" w:color="E9A23B"/>
              <w:bottom w:val="single" w:sz="10" w:space="0" w:color="E9A23B"/>
              <w:right w:val="single" w:sz="10" w:space="0" w:color="E9A23B"/>
            </w:tcBorders>
            <w:shd w:val="clear" w:color="auto" w:fill="F7E3B6"/>
            <w:tcMar>
              <w:top w:w="80" w:type="dxa"/>
              <w:left w:w="80" w:type="dxa"/>
              <w:bottom w:w="80" w:type="dxa"/>
              <w:right w:w="80" w:type="dxa"/>
            </w:tcMar>
          </w:tcPr>
          <w:p w14:paraId="08E6CEAF" w14:textId="77777777" w:rsidR="000C6A5C" w:rsidRDefault="00000000">
            <w:pPr>
              <w:spacing w:after="0"/>
              <w:jc w:val="center"/>
            </w:pPr>
            <w:r>
              <w:rPr>
                <w:b/>
                <w:color w:val="486B3C"/>
                <w:sz w:val="18"/>
              </w:rPr>
              <w:t>JUNIOR CHAMPION - UNDER 12</w:t>
            </w:r>
            <w:r>
              <w:br/>
            </w:r>
            <w:r>
              <w:rPr>
                <w:b/>
                <w:color w:val="C96B24"/>
                <w:sz w:val="36"/>
              </w:rPr>
              <w:t>$100</w:t>
            </w:r>
          </w:p>
        </w:tc>
      </w:tr>
    </w:tbl>
    <w:p w14:paraId="5563B33F" w14:textId="77777777" w:rsidR="000C6A5C" w:rsidRDefault="00000000">
      <w:pPr>
        <w:spacing w:before="80" w:after="40"/>
      </w:pPr>
      <w:r>
        <w:rPr>
          <w:b/>
          <w:color w:val="486B3C"/>
          <w:sz w:val="24"/>
        </w:rPr>
        <w:t>WEIGH-IN DAY DETAILS</w:t>
      </w:r>
    </w:p>
    <w:p w14:paraId="6CE05A31" w14:textId="77777777" w:rsidR="000C6A5C" w:rsidRDefault="00000000">
      <w:pPr>
        <w:spacing w:after="30"/>
        <w:ind w:left="173"/>
      </w:pPr>
      <w:r>
        <w:rPr>
          <w:b/>
          <w:color w:val="C96B24"/>
          <w:sz w:val="22"/>
        </w:rPr>
        <w:t xml:space="preserve">• </w:t>
      </w:r>
      <w:r>
        <w:rPr>
          <w:b/>
          <w:color w:val="3B3028"/>
          <w:sz w:val="20"/>
        </w:rPr>
        <w:t xml:space="preserve">9:00-11:00 AM: </w:t>
      </w:r>
      <w:r>
        <w:rPr>
          <w:color w:val="3B3028"/>
          <w:sz w:val="20"/>
        </w:rPr>
        <w:t>Pumpkin weigh-in</w:t>
      </w:r>
    </w:p>
    <w:p w14:paraId="75F0EFA0" w14:textId="77777777" w:rsidR="000C6A5C" w:rsidRDefault="00000000">
      <w:pPr>
        <w:spacing w:after="30"/>
        <w:ind w:left="173"/>
      </w:pPr>
      <w:r>
        <w:rPr>
          <w:b/>
          <w:color w:val="C96B24"/>
          <w:sz w:val="22"/>
        </w:rPr>
        <w:t xml:space="preserve">• </w:t>
      </w:r>
      <w:r>
        <w:rPr>
          <w:b/>
          <w:color w:val="3B3028"/>
          <w:sz w:val="20"/>
        </w:rPr>
        <w:t xml:space="preserve">Bring your crew: </w:t>
      </w:r>
      <w:r>
        <w:rPr>
          <w:color w:val="3B3028"/>
          <w:sz w:val="20"/>
        </w:rPr>
        <w:t>Growers must provide their own help to move pumpkins.</w:t>
      </w:r>
    </w:p>
    <w:p w14:paraId="3725C7A2" w14:textId="77777777" w:rsidR="000C6A5C" w:rsidRDefault="00000000">
      <w:pPr>
        <w:spacing w:after="30"/>
        <w:ind w:left="173"/>
      </w:pPr>
      <w:r>
        <w:rPr>
          <w:b/>
          <w:color w:val="C96B24"/>
          <w:sz w:val="22"/>
        </w:rPr>
        <w:t xml:space="preserve">• </w:t>
      </w:r>
      <w:r>
        <w:rPr>
          <w:b/>
          <w:color w:val="3B3028"/>
          <w:sz w:val="20"/>
        </w:rPr>
        <w:t xml:space="preserve">We do the weighing: </w:t>
      </w:r>
      <w:r>
        <w:rPr>
          <w:color w:val="3B3028"/>
          <w:sz w:val="20"/>
        </w:rPr>
        <w:t>Harvest Pumpkin Festival volunteers will weigh and record each pumpkin.</w:t>
      </w:r>
    </w:p>
    <w:p w14:paraId="3F686B17" w14:textId="77777777" w:rsidR="000C6A5C" w:rsidRDefault="00000000">
      <w:pPr>
        <w:spacing w:after="30"/>
        <w:ind w:left="173"/>
      </w:pPr>
      <w:r>
        <w:rPr>
          <w:b/>
          <w:color w:val="C96B24"/>
          <w:sz w:val="22"/>
        </w:rPr>
        <w:t xml:space="preserve">• </w:t>
      </w:r>
      <w:r>
        <w:rPr>
          <w:b/>
          <w:color w:val="3B3028"/>
          <w:sz w:val="20"/>
        </w:rPr>
        <w:t xml:space="preserve">12:00-2:00 PM: </w:t>
      </w:r>
      <w:r>
        <w:rPr>
          <w:color w:val="3B3028"/>
          <w:sz w:val="20"/>
        </w:rPr>
        <w:t>Pumpkins will remain on display for the public to admire!</w:t>
      </w:r>
    </w:p>
    <w:p w14:paraId="23E13802" w14:textId="77777777" w:rsidR="000C6A5C" w:rsidRDefault="00000000">
      <w:pPr>
        <w:spacing w:before="60" w:after="40"/>
      </w:pPr>
      <w:r>
        <w:rPr>
          <w:b/>
          <w:color w:val="486B3C"/>
          <w:sz w:val="24"/>
        </w:rPr>
        <w:t>HOW TO ENTER</w:t>
      </w:r>
    </w:p>
    <w:p w14:paraId="122E78B9" w14:textId="77777777" w:rsidR="000C6A5C" w:rsidRDefault="00000000">
      <w:pPr>
        <w:spacing w:after="40"/>
      </w:pPr>
      <w:r>
        <w:rPr>
          <w:color w:val="3B3028"/>
          <w:sz w:val="19"/>
        </w:rPr>
        <w:t>Return this form to the Armstrong Spallumcheen Chamber of Commerce to be eligible for the early bird prize, or bring it with you on event day and give it to Weigh-In Coordinator Mike Paul.</w:t>
      </w:r>
    </w:p>
    <w:p w14:paraId="1BDA1C70" w14:textId="77777777" w:rsidR="000C6A5C" w:rsidRDefault="00000000">
      <w:pPr>
        <w:spacing w:before="40" w:after="40"/>
      </w:pPr>
      <w:r>
        <w:rPr>
          <w:b/>
          <w:color w:val="486B3C"/>
          <w:sz w:val="19"/>
        </w:rPr>
        <w:t>PHOTO &amp; PROMOTION NOTE</w:t>
      </w:r>
    </w:p>
    <w:p w14:paraId="1981B641" w14:textId="77777777" w:rsidR="000C6A5C" w:rsidRDefault="00000000">
      <w:pPr>
        <w:spacing w:after="60"/>
      </w:pPr>
      <w:r>
        <w:rPr>
          <w:color w:val="5B514A"/>
          <w:sz w:val="17"/>
        </w:rPr>
        <w:t>The Great Pumpkin Weigh-In may use photographs, stories about entries, and the entries themselves for festival publicity and promotional purposes.</w:t>
      </w:r>
    </w:p>
    <w:tbl>
      <w:tblPr>
        <w:tblW w:w="0" w:type="auto"/>
        <w:jc w:val="center"/>
        <w:tblLayout w:type="fixed"/>
        <w:tblLook w:val="04A0" w:firstRow="1" w:lastRow="0" w:firstColumn="1" w:lastColumn="0" w:noHBand="0" w:noVBand="1"/>
      </w:tblPr>
      <w:tblGrid>
        <w:gridCol w:w="10656"/>
      </w:tblGrid>
      <w:tr w:rsidR="000C6A5C" w14:paraId="5AD45B4B" w14:textId="77777777">
        <w:trPr>
          <w:jc w:val="center"/>
        </w:trPr>
        <w:tc>
          <w:tcPr>
            <w:tcW w:w="10656" w:type="dxa"/>
            <w:tcBorders>
              <w:top w:val="single" w:sz="8" w:space="0" w:color="D8C5A7"/>
              <w:left w:val="single" w:sz="8" w:space="0" w:color="D8C5A7"/>
              <w:bottom w:val="single" w:sz="8" w:space="0" w:color="D8C5A7"/>
              <w:right w:val="single" w:sz="8" w:space="0" w:color="D8C5A7"/>
            </w:tcBorders>
            <w:shd w:val="clear" w:color="auto" w:fill="FFF7E8"/>
            <w:tcMar>
              <w:top w:w="70" w:type="dxa"/>
              <w:left w:w="100" w:type="dxa"/>
              <w:bottom w:w="70" w:type="dxa"/>
              <w:right w:w="100" w:type="dxa"/>
            </w:tcMar>
          </w:tcPr>
          <w:p w14:paraId="20398C9E" w14:textId="77777777" w:rsidR="000C6A5C" w:rsidRDefault="00000000">
            <w:r>
              <w:rPr>
                <w:b/>
                <w:color w:val="3B3028"/>
                <w:sz w:val="19"/>
              </w:rPr>
              <w:t>I certify that I am the grower of this entry.</w:t>
            </w:r>
          </w:p>
        </w:tc>
      </w:tr>
      <w:tr w:rsidR="000C6A5C" w14:paraId="0635A85D" w14:textId="77777777">
        <w:trPr>
          <w:jc w:val="center"/>
        </w:trPr>
        <w:tc>
          <w:tcPr>
            <w:tcW w:w="10656" w:type="dxa"/>
            <w:tcBorders>
              <w:top w:val="single" w:sz="8" w:space="0" w:color="D8C5A7"/>
              <w:left w:val="single" w:sz="8" w:space="0" w:color="D8C5A7"/>
              <w:bottom w:val="single" w:sz="8" w:space="0" w:color="D8C5A7"/>
              <w:right w:val="single" w:sz="8" w:space="0" w:color="D8C5A7"/>
            </w:tcBorders>
            <w:tcMar>
              <w:top w:w="75" w:type="dxa"/>
              <w:left w:w="100" w:type="dxa"/>
              <w:bottom w:w="75" w:type="dxa"/>
              <w:right w:w="100" w:type="dxa"/>
            </w:tcMar>
          </w:tcPr>
          <w:p w14:paraId="1FBF3A8B" w14:textId="77777777" w:rsidR="000C6A5C" w:rsidRDefault="00000000">
            <w:r>
              <w:rPr>
                <w:color w:val="3B3028"/>
                <w:sz w:val="19"/>
              </w:rPr>
              <w:t>Signed: ______________________________________     Date: ____________________</w:t>
            </w:r>
          </w:p>
        </w:tc>
      </w:tr>
    </w:tbl>
    <w:p w14:paraId="53889E4C" w14:textId="77777777" w:rsidR="000C6A5C" w:rsidRDefault="00000000">
      <w:pPr>
        <w:spacing w:before="60" w:after="0"/>
        <w:jc w:val="center"/>
      </w:pPr>
      <w:r>
        <w:rPr>
          <w:rFonts w:ascii="DejaVu Sans" w:eastAsia="DejaVu Sans" w:hAnsi="DejaVu Sans"/>
          <w:b/>
          <w:color w:val="C96B24"/>
        </w:rPr>
        <w:t>May the biggest pumpkin win!  🎃</w:t>
      </w:r>
    </w:p>
    <w:sectPr w:rsidR="000C6A5C" w:rsidSect="00034616">
      <w:pgSz w:w="12240" w:h="15840"/>
      <w:pgMar w:top="648" w:right="792" w:bottom="648" w:left="792" w:header="720" w:footer="720" w:gutter="0"/>
      <w:pgBorders w:offsetFrom="page">
        <w:top w:val="single" w:sz="18" w:space="20" w:color="C96B24"/>
        <w:left w:val="single" w:sz="18" w:space="20" w:color="C96B24"/>
        <w:bottom w:val="single" w:sz="18" w:space="20" w:color="C96B24"/>
        <w:right w:val="single" w:sz="18" w:space="20" w:color="C96B24"/>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DejaVu Sans">
    <w:altName w:val="Verdan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13173764">
    <w:abstractNumId w:val="8"/>
  </w:num>
  <w:num w:numId="2" w16cid:durableId="1724404725">
    <w:abstractNumId w:val="6"/>
  </w:num>
  <w:num w:numId="3" w16cid:durableId="1907836275">
    <w:abstractNumId w:val="5"/>
  </w:num>
  <w:num w:numId="4" w16cid:durableId="1852645086">
    <w:abstractNumId w:val="4"/>
  </w:num>
  <w:num w:numId="5" w16cid:durableId="654995860">
    <w:abstractNumId w:val="7"/>
  </w:num>
  <w:num w:numId="6" w16cid:durableId="957957733">
    <w:abstractNumId w:val="3"/>
  </w:num>
  <w:num w:numId="7" w16cid:durableId="219950932">
    <w:abstractNumId w:val="2"/>
  </w:num>
  <w:num w:numId="8" w16cid:durableId="1987079430">
    <w:abstractNumId w:val="1"/>
  </w:num>
  <w:num w:numId="9" w16cid:durableId="874850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C6A5C"/>
    <w:rsid w:val="0015074B"/>
    <w:rsid w:val="0029639D"/>
    <w:rsid w:val="00326F90"/>
    <w:rsid w:val="005B07B3"/>
    <w:rsid w:val="00643C65"/>
    <w:rsid w:val="008A6DB7"/>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01B5712"/>
  <w14:defaultImageDpi w14:val="300"/>
  <w15:docId w15:val="{C9A81E9C-967A-4604-8CE0-43C5B979E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eastAsia="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243</Words>
  <Characters>1139</Characters>
  <Application>Microsoft Office Word</Application>
  <DocSecurity>0</DocSecurity>
  <Lines>31</Lines>
  <Paragraphs>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Patti Noonan</cp:lastModifiedBy>
  <cp:revision>2</cp:revision>
  <dcterms:created xsi:type="dcterms:W3CDTF">2026-09-23T21:02:00Z</dcterms:created>
  <dcterms:modified xsi:type="dcterms:W3CDTF">2026-09-23T21:02:00Z</dcterms:modified>
  <cp:category/>
</cp:coreProperties>
</file>